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2536: 找c字符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2536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453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小 T 同学在玩一个找字符的游戏，他需要在一个超级长的字符串中，找出连续出现了至少 c 次以上的字符，如果有多个满足条件的字符，他只要输出找到的第 1 个满足要求的字符就可以啦，他的眼镜都要看花了也还没找到。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作为小 T 好朋友的你，想邀请小 T 出去玩，请你编程帮他找出来吧，如果找不到符合条件的字符，请输出 No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第1行是一个整数 c ，含义如题所述。（1≤c≤1000）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第2行，是一个长度不超过 2500 的不含空格的字符串。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输出你找出的符合题意的字符，如果不存在这样的字符，请输出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abcccaaab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