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2525: 分糖果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2525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童年的我们，将和朋友分享美好的事物作为自己的快乐。这天，C小朋友得到了Plenty of candies，将要把这些糖果分给要好的朋友们。已知糖果从一个人传给另一个人需要 1 秒的时间，同一个小朋友不会重复接受糖果。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由于糖果足够多，如果某时刻某小朋友接受了糖果，他会将糖果分成若干份，分给那些在他身旁且还没有得到糖果的小朋友们，而且自己会吃一些糖果。由于嘴馋，小朋友们等不及将糖果发完，会在得到糖果后边吃边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每个小朋友从接受糖果到吃完糖果需要 m 秒的时间。那么，如果第一秒C小朋友开始发糖，第多少秒所有小朋友都吃完了糖呢？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第一行为三个数n、p、c，为小朋友数、关系数和C小朋友的编号。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第二行为一个数 m ，表示小朋友吃糖的时间。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下面 p 行每行两个整数，表示某两个小朋友在彼此身旁。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一个数，为所有小朋友都吃完了糖的时间。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1 4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5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【样例解释】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第一秒，糖在 1 手上。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第二秒，糖传到了 2、4 的手中。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第三秒，糖传到了 3 的手中，此时 1 吃完了。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第四秒，2、4 吃完了。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第五秒，3 吃完了。所以答案是 5。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【数据范围】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40% 的数据满足：1≤n≤100；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60% 的数据满足：1≤n≤1000；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100% 的数据满足：1≤n≤100000；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p≤10^6,m≤20000；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不会有同一个关系被描述多次的情况。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