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2523: Car的旅行路线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又到暑假了，住在城市 A 的 Car 想和朋友一起去城市旅游。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她知道每个城市都有 4 个飞机场，分别位于一个矩形的 4 个顶点上，同一个城市中两个机场之间有一条笔直的高速铁路，第 i 个城市中高速铁路的单位里程价格为 T_i，任意两个不同城市的机场之间均有航线，所有航线单位里程的价格均为 t。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图例（从上而下）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机场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高速铁路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飞机航线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注意：图中并没有标出所有的铁路与航线。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那么 Car 应如何安排到城市 B 的路线才能尽可能的节省花费呢?她发现这并不是一个简单的问题，于是她来向你请教。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找出一条从城市 A 到 B 的旅游路线，出发和到达城市中的机场可以任意选取，要求总的花费最少。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3202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3pm0vj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20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第一行为一个正整数 n，表示有 n 组测试数据。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每组的第一行有 4 个正整数 s,t,A,B。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 表示城市的个数，t 表示飞机单位里程的价格，A，B 分别为城市 A，B 的序号。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S 行，其中第 i 行均有 7 个正整数 x_{i1}, y_{i1}, x_{i2}, y_{i2}, x_{i3}, y_{i3}, T_i，这当中的 (x_{i1}, y_{i1})，(x_{i2}, y_{i2})，(x_{i3}, y_{i3}) 分别是第 i 个城市中任意 3 个机场的坐标，T_i 为第 i 个城市高速铁路单位里程的价格。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共有 n 行，每行 1 个数据对应测试数据。保留一位小数。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3 10 1 3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1 1 1 3 3 1 30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2 5 7 4 5 2 1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8 6 8 8 11 6 3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47.5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 n ≤ 10，1≤ S ≤ 100，1≤ A,B ≤ 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【题目来源】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 2001 提高组第四题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