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2522: 开餐馆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信息学院的同学小明毕业之后打算创业开餐馆，现在共有 n 个地点可供选择。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小明打算从中选择合适的位置开设一些餐馆。这 n 个地点排列在同一条直线上。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我们用一个整数序列 m_1,m_2, ⋯ ,m_n 来表示他们的相对位置。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由于地段关系，开餐馆的利润会有所不同。我们用 p_i 表示在 m_i 处开餐馆的利润。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为了避免自己的餐馆的内部竞争，餐馆之间的距离必须大于 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请你帮助小明选择一个总利润最大的方案。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输入第一行是整数 T，表明有 T 组测试数据。紧接着有 T 组连续的测试。每组测试数据有 3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行：地点总数 n，距离限制 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行: n 个整数，表示 n 个地点的位置 m_1,m_2, ⋯ ,m_n (按升序排列)。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行: n 个整数，表示 n 个地点的餐馆利润 p_1,p_2, ⋯ ,p_n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T 行，每行输出一组测试数据可能的最大利润。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10 2 30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10 2 30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T ≤ 1000，n &lt; 100，0 &lt; k &lt; 1000，0 &lt; m_i &lt; 10^6，0 &lt; p_i &lt;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