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2518: 区间选数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2518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贪心区间问题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427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给定若干区间，区间之间可能会有部分互相覆盖，也可能一个区间包含另一个区间。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再给定每个区间中要求选出的数字的数量，用（L_i, R_i, C_i）表示要从 [L_i, R_i] 区间中选出至少 C_i 个整数。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请问，如果要满足所有区间选数数量的要求，至少一共要选多少个数？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 ，表示区间个数；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行，每行三个整数（L_i,R_i,C_i），含义如题所述。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输出一个整数，表示最少要选出数字的数量。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6 10 3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7 10 3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5 6 1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区间 [4,5] 中选择数字 5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区间 [5,6] 不需要再选，5 已经被选中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区间 [6,10] 中选择数字 7,8,9 或者数字 8,9,10。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区间 [7,10] 中由于上一个 [6,10] 中已经选择了 7,8,9  或者 数字 8,9,10 ，因此不需要再选择。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一共选择了 4 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N≤1000，0≤L_i≤R_i≤1000，1≤C_i≤R_i-L_i+1。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