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2517: 战略要地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图论并查集割点双连通分量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国有 n 个城市（城市编号为 1 ∼ n ），城市间建有 m 条双向的道路。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该国战争爆发后，国防部长下令要重点保护 t_1 、 t_2 这两个城市，且为了保障这两个城市之间的运输保障，要计算出两个城市之间有哪些战略保障城市。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战略保障城市的意思是说，如果某城市 x 被敌人攻下了，那么 t_1 到 t_2 就无法实现运输，也就是两个城市之间通过任何路线都不能互相到达。（x ≠ t_1,x ≠ t_2）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请编程计算出，该国有几个战略保障城市。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 n 和 m ，含义如题所述。(2 ≤ n ≤ 1000), (0 ≤ m ≤ 2000)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2 个整数 x 和 y （x ≠ y），代表这两个城市之间修建了一条双向道路。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 1 行，输入 2 个整数 t_1 ， t_2 ，含义如题所述。（t_1 ≠ t_2）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输出一个整数，代表战略保障城市的数量，如果两个城市本来就不连通，请输出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