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2507: 区间取值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2507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 n 个整数，有 m 次询问，请根据每次询问给定的[L,R]（包括L和R），求出这个区间中的第 K 大的数值。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第一行输入整数 n 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第二行，输入 n 个整数。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第三行，输入整数 m 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接下来 m 行，每行有 3 个整数 L, R, K，序列中的数，从 1 开始编号。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总共输出 m 行，每行一个数，表示每次询问的答案。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1 5 2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2 3 2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【数据范围】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30% 的数据，n,m&lt;=100；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的数据，n,m&lt;=1000；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保证k&lt;=(r-l+1)，序列中的数&lt;=106。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