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2498: 区间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2498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差分约束贪心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Poj1201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给定 n 个闭区间 [ai,bi] 和 n 个整数 ci。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你需要构造一个整数集合 Z，使得对于任意的 ∀i∈[1,n]，Z 中满足 ai≤x≤bi 的整数 x 不少于 ci 个。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求这样的整数集合 Z 最少包含多少个数。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第一行包含整数 n。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接下来 n 行，每行包含三个整数 ai,bi,ci。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数据范围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1≤n≤50000, 0≤ai,bi≤50000,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1≤ci≤bi−ai+1；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输出一个整数表示结果。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3 7 3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8 10 3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6 8 1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10 11 1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