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gi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2485: 牛的旅行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Farmer John 的农场里有很多 牧区。有的路径连接一些特定的牧区。一片所有连通的牧区 称为一个 牧场。但是就目前而言，你能看到至少有两个牧区通过任何路径都不连通。这样，Farmer John 就有 多个 牧场了。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John 想在牧场里添加 恰好 一条路径。对这条路径有以下限制：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一个牧场的 直径 就是牧场中 最远 的两个牧区的距离（本题中所提到的所有距离指的都是 最短的距离）。考虑如下图 1 所示的有 5 个牧区的牧场，牧区用 * 表示，路径用直线表示。每一个牧区都有自己的坐标：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图 1 牧场的直径大约是 12.07106，最远的两个牧区是 A 和 E，它们之间的最短路径是 A → B → E。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图 2 是 John 的另一个牧场：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John 将会在这两个牧场中各选一个牧区（即从 {A,B,C,D,E} 中选择一个牧区，从 {F,G,H} 中选择一个牧区），然后用一条路径将它们连起来，使得连通后这个新的更大的牧场的直径尽可能小。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注意，如果两条路径中途相交，我们不认为它们是连通的。只有两条路径在同一个牧区相交，我们才认为它们是连通的。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输入文件包括牧区、它们各自的坐标，还有一个如下的对称邻接矩阵：  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　 A  B  C  D  E  F  G  H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 0  1  0  0  0  0  0 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 1  0  1  1  1  0  0 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 0  1  0  0  1  0  0 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 0  1  0  0  1  0  0 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  0  1  1  1  0  0  0 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  0  0  0  0  0  0  1 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  0  0  0  0  0  1  0 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  0  0  0  0  0  0  1 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至少 包括两个不连通的牧区。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请编程找出一条连接属于两个 不同牧场 的牧区的路径，使得连上这条路径后，使得所有牧场（含：连接边后生成的新牧场和原有的牧场）最大的直径尽可能小。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输出在所有合法的连接方案中，最大直径的最小值。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1222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1sawrk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222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第一行一个整数 N（1 ≤q N ≤q 150），表示牧区数。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N 行，每行两个整数 X,Y（0 ≤q X ,Y ≤q 10^5），表示 N 个牧区的坐标。注意每个牧区的坐标都是不一样的。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N 行，每行 N 个数字，代表邻接矩阵 M。第 i 行第 j 列的数字为 1，表示 i 号牧区和 j 号牧区之间存在一条道路直接相连；第 i 行第 j 列的数字为 0，表示 i 号牧区和 j 号牧区之间不存在直接相连的道路。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保证 M{i,j} = M{j,i}。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只有一行，包括一个实数，表示所求直径。数字保留六位小数。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10111000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01001000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01001000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01110000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00000010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00000010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22.071068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样例对应题目描述中的情况。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最优解是连接 C 牧区和 G 牧区，连接后图上只有一个牧场。这个牧场的直径为 A → B → C → G → F，长度约为 22.071068。可以证明不存在更优的方案。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