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2482: 分礼品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2482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贪心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429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某班开联欢晚会，晓楠同学随机将若干礼品分成了 n 堆，第 i 堆有 Ai 个礼品。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班主任王老师看了晓楠同学分礼品的情况后，提出了一个要求：要求任意两堆相邻礼品的数量和不能超过 t ，如果超过了，就要从分好的礼品中拿出一部分。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请问：晓楠同学最少要从分好的礼品中，拿出多少个礼品，才能使得相邻的礼品的数量和满足老师说的要求？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第1行，输入整数 n 和 t。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第2行，输入 n 个整数。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1≤n≤105，1≤t,Ai≤109。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输出最少要拿出的礼品的数量。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 1 说明】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第2堆礼品拿出2个，就可以使得每一堆礼品符合题意要求。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 2 说明】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第1堆礼品拿出2个，第2堆礼品拿出1个，第3堆礼品拿出1个，就可以使得每一堆礼品符合题意要求。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