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2480: 翻转子串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给定两个长度为 N 的由字母 'G' 和 'H' 构成的字符串 s1 和 s2。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如果允许任意的选择 s2 中从第 L 个字母开始到第 R 个字母结束的所有字母做翻转操作，也就是：将这个区间中的子串，'H' 改成 'G'，'G' 改成 'H'。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请问：最少需要翻转多少次，可以使得 s2 和 s1一样。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第1行有一个整数N，代表字符串的长度。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接下来有2行长度为N的字符串，每个字符串仅包含'H' 和 'G'两种字符。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数据范围：1≤N≤1000。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输出最小翻转的次数。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