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2478: 正确的N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2478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小A同学在进制转换课堂上，将十进制整数 N 按照老师教的方法，分别转换为了 2 进制和 3 进制。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老师检查后发现，小A同学两个转换的结果都是错误的，不过两个转换的结果都只有其中一位是错误的。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请你编程根据同学给出的转换后的 2 进制和 3 进制的计算结果，计算出 N 的值。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第1行含有一个整数N转换为的二进制。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第2行含有一个整数N转换为的三进制。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由于小A计算错误，因此两行的输入可能会有 1 位前导 0 ，且每个输入只有其中一位是错误的。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的值。(1≤N≤109)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样例解释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数字13的2进制是1101，3进制是111，和样例中给的2个进制分别差1位。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