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2474: 糖果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蓝桥杯省赛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糖果店的老板一共有 M 种口味的糖果出售。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为了方便描述，我们将 M 种口味编号 1 ∼ 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小明希望能品尝到所有口味的糖果。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遗憾的是老板并不单独出售糖果，而是 K 颗一包整包出售。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幸好糖果包装上注明了其中 K 颗糖果的口味，所以小明可以在买之前就知道每包内的糖果口味。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包糖果，请你计算小明最少买几包，就可以品尝到所有口味的糖果。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第一行包含三个整数 N,M,K。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行每行 K 这整数 T1,T2,⋯,TK，代表一包糖果的口味。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一个整数表示答案。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如果小明无法品尝所有口味，输出 −1。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100,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M , K ≤ 20,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Ti ≤ M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