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2473: 排队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图论拓扑排序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T 老师的体育课开始啦，同学们非常喜欢小 T 老师的体育课。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T 老师给大家安排的第 1 个任务就是排队，但普通的排队对同学们来说毫无难度，因此小 T 老师别出心裁的创造了一种新型排队方式来考验同学们的反应能力。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老师给出 m 个排队要求，每个排队要求有 2 个整数 x,y 表示 x 一定要排在 y 的前面，这个排队要求对同学们来说确实是一个挑战。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请编程计算出，如果按照老师的要求排队，会不会有若干同学形成环形？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t ，表示本题有 t 组测试数据。（1≤t≤10）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每组数据的第一行有两个整数 n,m，表示同学的总人数和老师的总要求数；(1≤n≤1000，1≤m≤2000)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每组数据接下来 m 行，每行 2 个整数 x,y，表示编号为 x 的同学必须站在编号为 y 的同学的前面；本次测试数据保证编号为 1 ∼ n 的每位同学在 m 个关系中都会出现。(1≤x,y≤n，x ≠ y）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对于每组测试数据，输出是否能形成环形的判断结果，如果该组数据能形成环形，请输出 Y，不能形成环形，请输出 N，每个输出占 1 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