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2471: 牛式（Prime Cryptarithm）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Section1.3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下面是一个乘法竖式，如果用我们给定的那几个数字中的某些数（一个或多个）来取代*，可以使式子成立的话，我们就叫这个式子牛式。  </w:t>
      </w:r>
    </w:p>
    <w:p>
      <w:pPr>
        <w:spacing w:before="40" w:after="40"/>
        <w:ind w:left="2160"/>
      </w:pPr>
      <w:r>
        <w:rPr>
          <w:rFonts w:ascii="Consolas" w:hAnsi="Consolas"/>
          <w:sz w:val="18"/>
        </w:rPr>
        <w:t xml:space="preserve">          ***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x      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----------</w:t>
      </w:r>
    </w:p>
    <w:p>
      <w:pPr>
        <w:spacing w:before="40" w:after="40"/>
        <w:ind w:left="2016"/>
      </w:pPr>
      <w:r>
        <w:rPr>
          <w:rFonts w:ascii="Consolas" w:hAnsi="Consolas"/>
          <w:sz w:val="18"/>
        </w:rPr>
        <w:t xml:space="preserve">         ***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----------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数字只能取代*，当然第一位不能为 0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写一个程序找出所有的牛式。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Line 1: 数字的个数 N （1≤N≤9）。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Line 2: N 个用空格分开的数字（每个数字都∈{1,2,3,4,5,6,7,8,9}，且读入的数字互不重复）。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共一行，一个数字，表示牛式的总数。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下面是符合样例要求牛式，牛式中用到了数字 2、4、8，这 3 种数字均来自于读入的 2,3,4,6,8 中的数。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76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ju7rr4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6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2 3 4 6 8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