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2469: 素数路径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图论深搜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在广阔的大陆上有 n 个城市（编号为 1 ~ n），城市之间修建了 m 条双向的道路，且任意两个城市之间最多只有 1 条路。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请编程求：从 x 号城市出发，如果要求相邻两个城市编号的和是素数，且走过的城市不能重复的访问，那么在其可以访问的路线中，哪条路线经过的城市数量最多，输出最多能经过几个城市？（计算经过城市的数量包含起起点和终点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行，有 2 个整数 n 和 m。（1≤n≤10,1≤m≤(n-1)×n/2）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m 行，每行有 2 个整数 x 和 y，表示两个城市之间有一条双向道路。（1≤x,y≤n，x ≠ y，两个城市之间至多只有一条双向道路）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最后一行有一个整数 x ，表示要求从 x 号城市出发（1≤x≤n）。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输出一个整数，表示按题意要求访问相邻的城市，最多能经过几个城市，如果从出发点开始，除了出发点之外，无法访问任何满足题意的城市，请输出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从点2出发，可以经过1，共经过2个点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从点2出发，可以经过3、4，共经过3个点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从点2出发，可以经过5，共经过2个点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因此从点2出发，满足题意的能经过的最多的城市有3个。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