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2468: 快速访问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2468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395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在广阔的大陆上有 n 个城市（编号为 1 ~ n），城市之间修建了 m 条双向的道路，且任意两个城市之间最多只有 1 条路。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请编程输出，从 1 号城市到 n 号城市的所有可行的路线中，哪条路线经过的城市数量最少，请输出经过的城市数量（计算经过城市的数量，包含 1 号城市和 n 号城市）。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行，有 2 个整数 n 和 m。（1＜n≤100,1≤m≤(n-1)×n/2）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行，每行有 2 个整数 x 和 y，表示两个城市之间有一条双向道路。（1≤x,y≤n，x ≠ y，两个城市之间至多只有一条双向道路）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输出从 1 号城市到 n 号城市，最少要经过几个城市；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请注意，如果从 1 号城市无法到达 n 号城市，请输出No Path。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