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2467: 路径查找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在广阔的大陆上有 n 个城市（编号为 1 ~ n），城市之间修建了 m 条双向的道路，且任意两个城市之间最多只有 1 条路。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请编程输出，从 1 号城市到 n 号城市的所有可行的路线，为了节约时间，每条路线都不会重复的经过同一个点。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请按字典码从小到大的顺序，输出每一条道路，如果道路数量超过 1000 条，你只需要输出前 1000 条道路。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行，有 2 个整数 n 和 m。（1≤n≤100,1≤m≤(n-1)×n/2）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个整数 x 和 y，表示两个城市之间有一条双向道路。（1≤x,y≤n，x ≠ y，两个城市之间至多只有一条双向道路）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号城市到 n 号城市的所有路线，按照字典码从小到大的顺序输出，每行输出 1 条路线，路线数超过 1000 条，只需要输出前 1000 条；本题的测试数据保证从 1 号城市到 n 号城市，至少存在一条可以走到的路径。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