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2463: 鸡羊同栏(animal.cpp)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2021常州市程序设计小能手比赛试题 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 X 是 CZ 市著名的牧场主。 他把 A 只鸡和 B 只羊圈养在一个围栏中。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一只正常的鸡有 0 只角、 2 条腿； 一只正常的羊有 2 只角、 4 条腿。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某一天， 一道神秘的宇宙射线击中了牧场， 导致其中的至多一个动物发生了变异。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变异的动物角的只数与腿的条数中至少有一个数量变化了。 例如， 一只正常的鸡变异成了 3 只角 2 条腿。 注意： 变异以后动物也不可能有负数个数的角或腿。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只知道鸡和羊的数量、 以及笼子中的动物一共有 C 只角 D 条腿。 他想请你帮忙搞清楚变异的情况是什么。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 4 个正整数 A,B,C,D， 含义见问题描述。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输出共 2 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第一行： 如果可能是一只鸡变异了， 输出它变异后角的只数与腿的条数； 否则输出-1。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 如果可能是一只羊变异了， 输出它变异后角的只数与腿的条数； 否则输出-1。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 1 解释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只可能是一只羊变异成了 1 只角 7 条腿。 (0+0+1+2=3,2+2+7+4=15)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 2 解释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不可能有动物变异。 (0+0+2+2=4,2+2+4+4=12)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 3 解释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可能是一只鸡变异成 0 只角，5条腿。（0+0+2+2=4,2+5+4+4=15）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也可能是一只羊变异成 2 只角，7条腿。(0+0+2+2=4,2+2+4+7=15)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数据范围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本题共有 10 个测试点， 每个测试点 10 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1-6 ： 0&lt;=A,B,C,D&lt;=1000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7-10： 0&lt;=A,B,C,D&lt;=109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