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2462: 第k个素数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筛素数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请求出 1-n 的范围中，第 k 小的素数。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本题有 q 次询问，请针对每次询问输出第 k 小的素数。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行输出两个正整数 n,q，表示查询范围及查询的次数。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q 行，每行有一个正整数 k ，表示查询第 k 小的素数。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10≤n≤108 , 1≤q≤105, 样例数据保证第k个素数一定在n的范围内存在。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q 行，输出每次询问的结果。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