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2459: 牛年</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2459</w:t>
            </w:r>
          </w:p>
        </w:tc>
      </w:tr>
      <w:tr>
        <w:tc>
          <w:tcPr>
            <w:tcW w:type="dxa" w:w="4320"/>
          </w:tcPr>
          <w:p>
            <w:r>
              <w:t>标签</w:t>
            </w:r>
          </w:p>
        </w:tc>
        <w:tc>
          <w:tcPr>
            <w:tcW w:type="dxa" w:w="4320"/>
          </w:tcPr>
          <w:p>
            <w:r>
              <w:t>usaco</w:t>
            </w:r>
          </w:p>
        </w:tc>
      </w:tr>
      <w:tr>
        <w:tc>
          <w:tcPr>
            <w:tcW w:type="dxa" w:w="4320"/>
          </w:tcPr>
          <w:p>
            <w:r>
              <w:t>难度</w:t>
            </w:r>
          </w:p>
        </w:tc>
        <w:tc>
          <w:tcPr>
            <w:tcW w:type="dxa" w:w="4320"/>
          </w:tcPr>
          <w:p>
            <w:r>
              <w:t>基础</w:t>
            </w:r>
          </w:p>
        </w:tc>
      </w:tr>
      <w:tr>
        <w:tc>
          <w:tcPr>
            <w:tcW w:type="dxa" w:w="4320"/>
          </w:tcPr>
          <w:p>
            <w:r>
              <w:t>正确</w:t>
            </w:r>
          </w:p>
        </w:tc>
        <w:tc>
          <w:tcPr>
            <w:tcW w:type="dxa" w:w="4320"/>
          </w:tcPr>
          <w:p>
            <w:r>
              <w:t>41</w:t>
            </w:r>
          </w:p>
        </w:tc>
      </w:tr>
      <w:tr>
        <w:tc>
          <w:tcPr>
            <w:tcW w:type="dxa" w:w="4320"/>
          </w:tcPr>
          <w:p>
            <w:r>
              <w:t>来源</w:t>
            </w:r>
          </w:p>
        </w:tc>
        <w:tc>
          <w:tcPr>
            <w:tcW w:type="dxa" w:w="4320"/>
          </w:tcPr>
          <w:p>
            <w:r>
              <w:t>USACO 2021 February Contest, Bronze Problem 1. Year of the Cow</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Farmer John 的奶牛们得知最近正在庆祝牛年的到来时十分兴奋。牛年总是奶牛们的最爱。  </w:t>
      </w:r>
    </w:p>
    <w:p>
      <w:pPr>
        <w:spacing w:before="40" w:after="40"/>
        <w:ind w:left="720"/>
      </w:pPr>
      <w:r>
        <w:rPr>
          <w:rFonts w:ascii="Consolas" w:hAnsi="Consolas"/>
          <w:sz w:val="18"/>
        </w:rPr>
        <w:t xml:space="preserve">我们知道，中国历法中每一年所对应的生肖遵循 12 年的周期：Ox, Tiger, Rabbit, Dragon, Snake, Horse, Goat, Monkey, Rooster, Dog, Pig, Rat（牛、虎、兔、龙、蛇、马、羊、猴、鸡、狗、猪、鼠），然后回到牛。  </w:t>
      </w:r>
    </w:p>
    <w:p>
      <w:pPr>
        <w:spacing w:before="40" w:after="40"/>
        <w:ind w:left="720"/>
      </w:pPr>
      <w:r>
        <w:rPr>
          <w:rFonts w:ascii="Consolas" w:hAnsi="Consolas"/>
          <w:sz w:val="18"/>
        </w:rPr>
        <w:t>奶牛 Bessie 自豪地说她是在许多年前的一个牛年出生的。她的朋友 Elsie 想要知道她与 Bessie 出生相差多少年，并且希望你能够通过查看农场上若干奶牛出生年份之间的关系来帮助她推算。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输入的第一行包含一个整数 N（1≤N≤100）。以下 N 行每行包含一个 8 个单词的短语，指定了两头奶牛的出生年份之间的关系，格式为：  </w:t>
      </w:r>
    </w:p>
    <w:p>
      <w:pPr>
        <w:spacing w:before="40" w:after="40"/>
        <w:ind w:left="720"/>
      </w:pPr>
      <w:r>
        <w:rPr>
          <w:rFonts w:ascii="Consolas" w:hAnsi="Consolas"/>
          <w:sz w:val="18"/>
        </w:rPr>
        <w:t xml:space="preserve">"Mildred born in previous Dragon year from Bessie"（Mildred 在 Bessie 出生的前一个龙年出生），  </w:t>
      </w:r>
    </w:p>
    <w:p>
      <w:pPr>
        <w:spacing w:before="40" w:after="40"/>
        <w:ind w:left="720"/>
      </w:pPr>
      <w:r>
        <w:rPr>
          <w:rFonts w:ascii="Consolas" w:hAnsi="Consolas"/>
          <w:sz w:val="18"/>
        </w:rPr>
        <w:t xml:space="preserve">或  </w:t>
      </w:r>
    </w:p>
    <w:p>
      <w:pPr>
        <w:spacing w:before="40" w:after="40"/>
        <w:ind w:left="720"/>
      </w:pPr>
      <w:r>
        <w:rPr>
          <w:rFonts w:ascii="Consolas" w:hAnsi="Consolas"/>
          <w:sz w:val="18"/>
        </w:rPr>
        <w:t xml:space="preserve">"Mildred born in next Dragon year from Bessie"（Mildred 在 Bessie 出生的后一个龙年出生）。  </w:t>
      </w:r>
    </w:p>
    <w:p>
      <w:pPr>
        <w:spacing w:before="40" w:after="40"/>
        <w:ind w:left="720"/>
      </w:pPr>
      <w:r>
        <w:rPr>
          <w:rFonts w:ascii="Consolas" w:hAnsi="Consolas"/>
          <w:sz w:val="18"/>
        </w:rPr>
        <w:t xml:space="preserve">最后一个单词是农场上某一头奶牛的名字，为 "Bessie" 或一头已经在之前的输入中出现过的奶牛。  </w:t>
      </w:r>
    </w:p>
    <w:p>
      <w:pPr>
        <w:spacing w:before="40" w:after="40"/>
        <w:ind w:left="720"/>
      </w:pPr>
      <w:r>
        <w:rPr>
          <w:rFonts w:ascii="Consolas" w:hAnsi="Consolas"/>
          <w:sz w:val="18"/>
        </w:rPr>
        <w:t xml:space="preserve">第一个单词是农场上某一头奶牛的名字，不为 "Bessie" 且未在之前的输入中出现过。所有的奶牛名字不超过 10 个字符，且仅包含字符 a..z 或 A..Z。  </w:t>
      </w:r>
    </w:p>
    <w:p>
      <w:pPr>
        <w:spacing w:before="40" w:after="40"/>
        <w:ind w:left="720"/>
      </w:pPr>
      <w:r>
        <w:rPr>
          <w:rFonts w:ascii="Consolas" w:hAnsi="Consolas"/>
          <w:sz w:val="18"/>
        </w:rPr>
        <w:t xml:space="preserve">第 5 个单词是上述十二生肖之一。  </w:t>
      </w:r>
    </w:p>
    <w:p>
      <w:pPr>
        <w:spacing w:before="40" w:after="40"/>
        <w:ind w:left="720"/>
      </w:pPr>
      <w:r>
        <w:rPr>
          <w:rFonts w:ascii="Consolas" w:hAnsi="Consolas"/>
          <w:sz w:val="18"/>
        </w:rPr>
        <w:t xml:space="preserve">第 4 个单词是 "previous"（之前）或 "next"（之后）之一。例如，如果短语为 "Mildred born in previous Dragon year from Bessie"，则 Mildred 的出生年份为最为接近且严格处于 Bessie 的出生年份之前（不等于）的龙年。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 Bessie 和 Elsie 的出生年份之间相差的年数。输入保证可以通过给定的信息求出结果。</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w:t>
      </w:r>
    </w:p>
    <w:p>
      <w:pPr>
        <w:spacing w:before="40" w:after="40"/>
        <w:ind w:left="720"/>
      </w:pPr>
      <w:r>
        <w:rPr>
          <w:rFonts w:ascii="Consolas" w:hAnsi="Consolas"/>
          <w:sz w:val="18"/>
        </w:rPr>
        <w:t>Mildred born in previous Dragon year from Bessie</w:t>
      </w:r>
    </w:p>
    <w:p>
      <w:pPr>
        <w:spacing w:before="40" w:after="40"/>
        <w:ind w:left="720"/>
      </w:pPr>
      <w:r>
        <w:rPr>
          <w:rFonts w:ascii="Consolas" w:hAnsi="Consolas"/>
          <w:sz w:val="18"/>
        </w:rPr>
        <w:t>Gretta born in previous Monkey year from Mildred</w:t>
      </w:r>
    </w:p>
    <w:p>
      <w:pPr>
        <w:spacing w:before="40" w:after="40"/>
        <w:ind w:left="720"/>
      </w:pPr>
      <w:r>
        <w:rPr>
          <w:rFonts w:ascii="Consolas" w:hAnsi="Consolas"/>
          <w:sz w:val="18"/>
        </w:rPr>
        <w:t>Elsie born in next Ox year from Gretta</w:t>
      </w:r>
    </w:p>
    <w:p>
      <w:pPr>
        <w:spacing w:before="40" w:after="40"/>
        <w:ind w:left="720"/>
      </w:pPr>
      <w:r>
        <w:rPr>
          <w:rFonts w:ascii="Consolas" w:hAnsi="Consolas"/>
          <w:sz w:val="18"/>
        </w:rPr>
        <w:t>Paulina born in next Dog year from Bessie</w:t>
      </w:r>
    </w:p>
    <w:p>
      <w:pPr>
        <w:pStyle w:val="Heading1"/>
      </w:pPr>
      <w:r>
        <w:t>样例输出</w:t>
      </w:r>
    </w:p>
    <w:p>
      <w:pPr>
        <w:spacing w:before="120" w:after="120"/>
      </w:pPr>
      <w:r>
        <w:t>12</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 xml:space="preserve">【样例解释】 </w:t>
      </w:r>
    </w:p>
    <w:p>
      <w:pPr>
        <w:spacing w:before="40" w:after="40"/>
        <w:ind w:left="720"/>
      </w:pPr>
      <w:r>
        <w:rPr>
          <w:rFonts w:ascii="Consolas" w:hAnsi="Consolas"/>
          <w:sz w:val="18"/>
        </w:rPr>
        <w:t xml:space="preserve">在以上的输入中：  </w:t>
      </w:r>
    </w:p>
    <w:p>
      <w:pPr>
        <w:spacing w:before="40" w:after="40"/>
        <w:ind w:left="720"/>
      </w:pPr>
      <w:r>
        <w:rPr>
          <w:rFonts w:ascii="Consolas" w:hAnsi="Consolas"/>
          <w:sz w:val="18"/>
        </w:rPr>
        <w:t>Elsie 在 Bessie 之前 12 年出生。</w:t>
      </w:r>
    </w:p>
    <w:p>
      <w:pPr>
        <w:spacing w:before="40" w:after="40"/>
        <w:ind w:left="720"/>
      </w:pPr>
      <w:r>
        <w:rPr>
          <w:rFonts w:ascii="Consolas" w:hAnsi="Consolas"/>
          <w:sz w:val="18"/>
        </w:rPr>
        <w:t>Mildred 在 Bessie 之前 9 年出生。</w:t>
      </w:r>
    </w:p>
    <w:p>
      <w:pPr>
        <w:spacing w:before="40" w:after="40"/>
        <w:ind w:left="720"/>
      </w:pPr>
      <w:r>
        <w:rPr>
          <w:rFonts w:ascii="Consolas" w:hAnsi="Consolas"/>
          <w:sz w:val="18"/>
        </w:rPr>
        <w:t>Gretta 在 Bessie 之前 17 年出生。</w:t>
      </w:r>
    </w:p>
    <w:p>
      <w:pPr>
        <w:spacing w:before="40" w:after="40"/>
        <w:ind w:left="720"/>
      </w:pPr>
      <w:r>
        <w:rPr>
          <w:rFonts w:ascii="Consolas" w:hAnsi="Consolas"/>
          <w:sz w:val="18"/>
        </w:rPr>
        <w:t xml:space="preserve">Paulina 在 Bessie 之前 9 年出生。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