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2451: 王国比赛(kingdom)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 Online 2022入门级 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智慧之王 Kri 统治着一座王国。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这天 Kri 决定举行一场比赛，来检验自己大臣的智慧。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比赛由 n 道判断题组成，有 m 位大臣参加。现在你已经知道了所有大臣的答题情况，但尚未拿到答案，于是你决定先行预测。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具体来说，对于第 i 道题，有 x 个大臣选对， y 个大臣选错（显然有 x + y = m），如果 x &gt; y，那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么你预测这题答案为对，否则为错。为了方便，我们保证 m 是奇数。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在统计完成后，你拿到了答案，你想知道通过你的预测方式你最后有几道题预测正确。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第一行两个正整数 n,m ，保证 m 是奇数。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m 行，每行 n 个整数，第 i 行第 j 个整数 aij 代表第 i 位大臣对第 j 道题的答案， 1 表示他选对， 0 表示他选错。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1 行 n 个整数， 表示比赛答案， 第 i 个数 若为 1 表示第 i 道题答案是对，若为 0 表示答案是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错。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输出一个整数，表示你最后有几题预测正确。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 1 解释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第一题 x=1,y=2 你预测答案为错（即0），实际答案为1，预测错误。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第二题 x=2,y=1 你预测答案为对（即1），实际答案为1，预测正确。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第三题 x=2,y=1 你预测答案为对（即1），实际答案为1，预测正确。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所以预测正确的题数为2。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数据范围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的数据，n≤5, m=1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的数据，n≤10, m≤10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的数据，n≤1000, m≤1000， m为奇数。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