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2445: 传令兵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A国的边境上修建了 n 座兵营（编号为 1 ∼ n ），某些兵营之间修建了用于传达消息的双向道路，不同的道路由于长度和平整度不同，也就可能需要不同的天数才能走完。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为方便指挥作战，A国将指挥所修建在了 1 号兵营。当指挥部下达作战指令后，指挥部就派出若干个传令兵，按照预先修好的道路，将指令传达给相邻的兵营。当一座兵营接到指令后，会按同样的方式向其他兵营传达指令，直到所有的兵营都收到作战指令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请编程计算出，从指挥部发出作战指令到所有兵营都收到作战命令，最短需要多少天。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第一行有两个整数 n 和 m ，表示有 n 个兵营和 m 条道路。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至 m+1 行，每行三个整数 x, y, k，表示第 x 个和第 y个兵营之间存在一条需要 k 天才能走完的双向道路。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本题数据保证任意两个兵营之间最多只有一条道路。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输出所有兵营接到指令的最短天数，如果由于道路的缺失，导致无论如何都不能做到所有兵营都能接到指令，请输出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100，1 ≤ m ≤ 500；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x,y ≤ n，1 ≤ k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