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2444: 最长最短单词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输入一行长度不超过 250 位的字符串，其中只有小写字母和空格，小写字母组成单词，单词之间只用一个空格隔开，字符串的开始和结束都没有多余空格，输出长度最长的单词和最短的单词，若有多个单词符合要求，只要求输出从前往后数第一个满足要求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输入文件只有一行字符串，由小写字母和空格组成。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输出文件有两行，第一行为最长的单词，第二行为最短的单词。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this is my book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this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