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2442: 单词编码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2442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给定一个不含空格的单词，要求对该单词进行编码，编码方式如下。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先将单词从左至右按照 1 到 n 进行编号，求出最中间位置的编号 p=(1+n)/2，这里的除法是整除，将该编号的字符输出，然后将 1 到 p-1 之间的字符、p+1 到 n 之间的字符，按同样的方法处理，直到处理完整个单词。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比如，输入单词 abcdef，可以计算出 p=(1+6)/2=3 ，因此第 1 个输出的字符是 c ，然后处理 ab 依次得到 a  和 b ，再处理 def，依次得到 e、d、f。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因此最终输出结果为： cabedf。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输入一个不含空格的单词，长度不超过 20000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输出单词编码的结果。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abcdef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cabedf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