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2438: 陈氏定理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2438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陈氏定理，是我国著名数学家陈景润在证明哥德巴赫猜想的过程中发现的。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定理的内容是：每个充分大的偶数都能表示成一个质数加上两个质数的乘积。现在，请你编个程序验证，对于比较小的范围内的偶数这个定理是否仍然成立。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以下给出两组验证：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6=2+2 × 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8=2+2 × 3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输入数据仅有一行,包含一个正偶数 N ( 6 ≤ N &lt;  2  63  -1 )。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本题样例确保一定有解。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输出数据仅有一行，包含一个形如" N=A+B × C "的等式，要求 A、B、C 均为质数且 B ≤ C 。若有多组解，请输出 B × C最小时的解。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1073741826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1073741826=1073741741+5*17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