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jpg" ContentType="image/png"/>
  <Override PartName="/word/media/image2.jpg"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2436: 能量水晶简化版</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2436</w:t>
            </w:r>
          </w:p>
        </w:tc>
      </w:tr>
      <w:tr>
        <w:tc>
          <w:tcPr>
            <w:tcW w:type="dxa" w:w="4320"/>
          </w:tcPr>
          <w:p>
            <w:r>
              <w:t>标签</w:t>
            </w:r>
          </w:p>
        </w:tc>
        <w:tc>
          <w:tcPr>
            <w:tcW w:type="dxa" w:w="4320"/>
          </w:tcPr>
          <w:p>
            <w:r>
              <w:t>动态规划</w:t>
            </w:r>
          </w:p>
        </w:tc>
      </w:tr>
      <w:tr>
        <w:tc>
          <w:tcPr>
            <w:tcW w:type="dxa" w:w="4320"/>
          </w:tcPr>
          <w:p>
            <w:r>
              <w:t>难度</w:t>
            </w:r>
          </w:p>
        </w:tc>
        <w:tc>
          <w:tcPr>
            <w:tcW w:type="dxa" w:w="4320"/>
          </w:tcPr>
          <w:p>
            <w:r>
              <w:t>基础</w:t>
            </w:r>
          </w:p>
        </w:tc>
      </w:tr>
      <w:tr>
        <w:tc>
          <w:tcPr>
            <w:tcW w:type="dxa" w:w="4320"/>
          </w:tcPr>
          <w:p>
            <w:r>
              <w:t>正确</w:t>
            </w:r>
          </w:p>
        </w:tc>
        <w:tc>
          <w:tcPr>
            <w:tcW w:type="dxa" w:w="4320"/>
          </w:tcPr>
          <w:p>
            <w:r>
              <w:t>265</w:t>
            </w:r>
          </w:p>
        </w:tc>
      </w:tr>
      <w:tr>
        <w:tc>
          <w:tcPr>
            <w:tcW w:type="dxa" w:w="4320"/>
          </w:tcPr>
          <w:p>
            <w:r>
              <w:t>来源</w:t>
            </w:r>
          </w:p>
        </w:tc>
        <w:tc>
          <w:tcPr>
            <w:tcW w:type="dxa" w:w="4320"/>
          </w:tcPr>
          <w:p>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现在有一个 N × N 的矩阵，在这个矩阵的每个格子都有若干能量水晶。</w:t>
      </w:r>
    </w:p>
    <w:p>
      <w:pPr>
        <w:spacing w:before="40" w:after="40"/>
        <w:ind w:left="720"/>
      </w:pPr>
      <w:r>
        <w:rPr>
          <w:rFonts w:ascii="Consolas" w:hAnsi="Consolas"/>
          <w:sz w:val="18"/>
        </w:rPr>
        <w:t>现在，小明从这个矩阵的左边出发，目的地是这个矩阵的右边。</w:t>
      </w:r>
    </w:p>
    <w:p>
      <w:pPr>
        <w:spacing w:before="40" w:after="40"/>
        <w:ind w:left="720"/>
      </w:pPr>
      <w:r>
        <w:rPr>
          <w:rFonts w:ascii="Consolas" w:hAnsi="Consolas"/>
          <w:sz w:val="18"/>
        </w:rPr>
        <w:t>当他走到一个格子时，他就能获得这个格子的能量水晶；</w:t>
      </w:r>
    </w:p>
    <w:p>
      <w:pPr>
        <w:spacing w:before="40" w:after="40"/>
        <w:ind w:left="720"/>
      </w:pPr>
      <w:r>
        <w:rPr>
          <w:rFonts w:ascii="Consolas" w:hAnsi="Consolas"/>
          <w:sz w:val="18"/>
        </w:rPr>
        <w:t>小明最开始会从左边的路边走到这个矩阵的第一列的任意一个格子里。当他处于这个矩阵的最后一列的时候，他必须往右走一步离开这个矩阵。</w:t>
      </w:r>
    </w:p>
    <w:p>
      <w:pPr>
        <w:spacing w:before="40" w:after="40"/>
        <w:ind w:left="720"/>
      </w:pPr>
      <w:r>
        <w:rPr>
          <w:rFonts w:ascii="Consolas" w:hAnsi="Consolas"/>
          <w:sz w:val="18"/>
        </w:rPr>
        <w:t>当他处于这个矩阵里时，每次只能从一个格子往右上方走一步或者往右下方走一步；但是当他处于第一行时，就只能往右下方走；同理，当他处于第 N 行时，就只能往右上方走。</w:t>
      </w:r>
    </w:p>
    <w:p>
      <w:pPr>
        <w:spacing w:before="40" w:after="40"/>
        <w:ind w:left="720"/>
      </w:pPr>
      <w:r>
        <w:rPr>
          <w:rFonts w:ascii="Consolas" w:hAnsi="Consolas"/>
          <w:sz w:val="18"/>
        </w:rPr>
        <w:t>现在要知道当他离开矩阵时获得的能量水晶最多能有多少。</w:t>
      </w:r>
    </w:p>
    <w:p>
      <w:pPr>
        <w:spacing w:before="40" w:after="40"/>
        <w:ind w:left="720"/>
      </w:pPr>
      <w:r>
        <w:rPr>
          <w:rFonts w:ascii="Consolas" w:hAnsi="Consolas"/>
          <w:sz w:val="18"/>
        </w:rPr>
      </w:r>
    </w:p>
    <w:p>
      <w:pPr>
        <w:spacing w:before="40" w:after="40"/>
        <w:ind w:left="864"/>
      </w:pPr>
      <w:r>
        <w:rPr>
          <w:rFonts w:ascii="Consolas" w:hAnsi="Consolas"/>
          <w:sz w:val="18"/>
        </w:rPr>
        <w:t xml:space="preserve"> </w:t>
      </w:r>
    </w:p>
    <w:p>
      <w:r>
        <w:t>图片 1:</w:t>
      </w:r>
    </w:p>
    <w:p>
      <w:r>
        <w:drawing>
          <wp:inline xmlns:a="http://schemas.openxmlformats.org/drawingml/2006/main" xmlns:pic="http://schemas.openxmlformats.org/drawingml/2006/picture">
            <wp:extent cx="4572000" cy="3626586"/>
            <wp:docPr id="1" name="Picture 1"/>
            <wp:cNvGraphicFramePr>
              <a:graphicFrameLocks noChangeAspect="1"/>
            </wp:cNvGraphicFramePr>
            <a:graphic>
              <a:graphicData uri="http://schemas.openxmlformats.org/drawingml/2006/picture">
                <pic:pic>
                  <pic:nvPicPr>
                    <pic:cNvPr id="0" name="tmp_i9o8xfd.jpg"/>
                    <pic:cNvPicPr/>
                  </pic:nvPicPr>
                  <pic:blipFill>
                    <a:blip r:embed="rId9"/>
                    <a:stretch>
                      <a:fillRect/>
                    </a:stretch>
                  </pic:blipFill>
                  <pic:spPr>
                    <a:xfrm>
                      <a:off x="0" y="0"/>
                      <a:ext cx="4572000" cy="3626586"/>
                    </a:xfrm>
                    <a:prstGeom prst="rect"/>
                  </pic:spPr>
                </pic:pic>
              </a:graphicData>
            </a:graphic>
          </wp:inline>
        </w:drawing>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第一行为一个正整数 N ；</w:t>
      </w:r>
    </w:p>
    <w:p>
      <w:pPr>
        <w:spacing w:before="40" w:after="40"/>
        <w:ind w:left="720"/>
      </w:pPr>
      <w:r>
        <w:rPr>
          <w:rFonts w:ascii="Consolas" w:hAnsi="Consolas"/>
          <w:sz w:val="18"/>
        </w:rPr>
        <w:t>接下来 N 行，每行 N 个数，空格隔开，描述这个 N × N 的矩阵，每一个数代表该格里面水晶的数目。</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一个数，表示小明离开矩阵时获得的能量水晶最多能有多少。</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3</w:t>
      </w:r>
    </w:p>
    <w:p>
      <w:pPr>
        <w:spacing w:before="40" w:after="40"/>
        <w:ind w:left="720"/>
      </w:pPr>
      <w:r>
        <w:rPr>
          <w:rFonts w:ascii="Consolas" w:hAnsi="Consolas"/>
          <w:sz w:val="18"/>
        </w:rPr>
        <w:t>1 2 3</w:t>
      </w:r>
    </w:p>
    <w:p>
      <w:pPr>
        <w:spacing w:before="40" w:after="40"/>
        <w:ind w:left="720"/>
      </w:pPr>
      <w:r>
        <w:rPr>
          <w:rFonts w:ascii="Consolas" w:hAnsi="Consolas"/>
          <w:sz w:val="18"/>
        </w:rPr>
        <w:t>3 2 1</w:t>
      </w:r>
    </w:p>
    <w:p>
      <w:pPr>
        <w:spacing w:before="40" w:after="40"/>
        <w:ind w:left="720"/>
      </w:pPr>
      <w:r>
        <w:rPr>
          <w:rFonts w:ascii="Consolas" w:hAnsi="Consolas"/>
          <w:sz w:val="18"/>
        </w:rPr>
        <w:t>2 3 1</w:t>
      </w:r>
    </w:p>
    <w:p>
      <w:pPr>
        <w:pStyle w:val="Heading1"/>
      </w:pPr>
      <w:r>
        <w:t>样例输出</w:t>
      </w:r>
    </w:p>
    <w:p>
      <w:pPr>
        <w:spacing w:before="120" w:after="120"/>
      </w:pPr>
      <w:r>
        <w:t>7</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【样例解释】</w:t>
      </w:r>
    </w:p>
    <w:p>
      <w:pPr>
        <w:spacing w:before="40" w:after="40"/>
        <w:ind w:left="720"/>
      </w:pPr>
      <w:r>
        <w:rPr>
          <w:rFonts w:ascii="Consolas" w:hAnsi="Consolas"/>
          <w:sz w:val="18"/>
        </w:rPr>
        <w:t>【数据范围】</w:t>
      </w:r>
    </w:p>
    <w:p>
      <w:pPr>
        <w:spacing w:before="40" w:after="40"/>
        <w:ind w:left="720"/>
      </w:pPr>
      <w:r>
        <w:rPr>
          <w:rFonts w:ascii="Consolas" w:hAnsi="Consolas"/>
          <w:sz w:val="18"/>
        </w:rPr>
        <w:t>20% 的数据满足：每个格子里的能量水晶相等；</w:t>
      </w:r>
    </w:p>
    <w:p>
      <w:pPr>
        <w:spacing w:before="40" w:after="40"/>
        <w:ind w:left="720"/>
      </w:pPr>
      <w:r>
        <w:rPr>
          <w:rFonts w:ascii="Consolas" w:hAnsi="Consolas"/>
          <w:sz w:val="18"/>
        </w:rPr>
        <w:t>50% 的数据满足：1 ≤ N ≤ 10；</w:t>
      </w:r>
    </w:p>
    <w:p>
      <w:pPr>
        <w:spacing w:before="40" w:after="40"/>
        <w:ind w:left="720"/>
      </w:pPr>
      <w:r>
        <w:rPr>
          <w:rFonts w:ascii="Consolas" w:hAnsi="Consolas"/>
          <w:sz w:val="18"/>
        </w:rPr>
        <w:t>100% 的数据满足：1 ≤ N ≤ 1000，每个格子里的能量水晶均不超过 10 个。</w:t>
      </w:r>
    </w:p>
    <w:p>
      <w:pPr>
        <w:spacing w:before="40" w:after="40"/>
        <w:ind w:left="720"/>
      </w:pPr>
      <w:r>
        <w:rPr>
          <w:rFonts w:ascii="Consolas" w:hAnsi="Consolas"/>
          <w:sz w:val="18"/>
        </w:rPr>
      </w:r>
    </w:p>
    <w:p>
      <w:pPr>
        <w:spacing w:before="40" w:after="40"/>
        <w:ind w:left="720"/>
      </w:pPr>
      <w:r>
        <w:rPr>
          <w:rFonts w:ascii="Consolas" w:hAnsi="Consolas"/>
          <w:sz w:val="18"/>
        </w:rPr>
      </w:r>
    </w:p>
    <w:p>
      <w:r>
        <w:t>图片 1:</w:t>
      </w:r>
    </w:p>
    <w:p>
      <w:r>
        <w:drawing>
          <wp:inline xmlns:a="http://schemas.openxmlformats.org/drawingml/2006/main" xmlns:pic="http://schemas.openxmlformats.org/drawingml/2006/picture">
            <wp:extent cx="4572000" cy="1458859"/>
            <wp:docPr id="2" name="Picture 2"/>
            <wp:cNvGraphicFramePr>
              <a:graphicFrameLocks noChangeAspect="1"/>
            </wp:cNvGraphicFramePr>
            <a:graphic>
              <a:graphicData uri="http://schemas.openxmlformats.org/drawingml/2006/picture">
                <pic:pic>
                  <pic:nvPicPr>
                    <pic:cNvPr id="0" name="tmptahdfd90.jpg"/>
                    <pic:cNvPicPr/>
                  </pic:nvPicPr>
                  <pic:blipFill>
                    <a:blip r:embed="rId10"/>
                    <a:stretch>
                      <a:fillRect/>
                    </a:stretch>
                  </pic:blipFill>
                  <pic:spPr>
                    <a:xfrm>
                      <a:off x="0" y="0"/>
                      <a:ext cx="4572000" cy="1458859"/>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