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2435: 有趣的游戏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小明和小红在玩一个游戏，每轮游戏开始时给他们每个人分配两张牌，由牌上的点数决定赢家。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游戏的规则如下：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两张牌点数相同，称为对牌，点数不同，称为散牌。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当两人都是对牌时，以两张牌的点数之和大的那个人赢。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一人为对牌，一人为散牌时，拿对牌的人赢。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当两人都是散牌时，以两张牌的点数之和对 10 取模之后大的那个人赢。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如果没有办法决定赢家，则两人打平。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N，代表游戏进行了 N 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行，代表每一轮的游戏情况，每行四个数，前两个数为分配给小明的两张牌，后两个数为分配给小红的两张牌。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行，每行一个字符串，代表该轮比赛的结果，如果小明赢，输出 1 ，如果小明输了，输出 -1。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如果两人打平，输出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游戏进行了一轮，两人都是对牌，小明两张牌和为 4 ，小红和为 6 ，小明输了。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游戏进行了五轮：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第一轮两人都是散牌，小明两张牌和对 10 取模后为 3，小红为 7，小明输了。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第二轮小明是对牌，小红是散牌，小明获胜。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第三轮两人都是散牌，小明两张牌和对 10 取模后为 5，小红为 7，小明输了。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第四轮两人都是散牌，小明两张牌和对 10 取模后为 5，小红也为 5，两人打平。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第五轮两人都是对牌，小明两张牌和为 6，小红两张牌和 24，小明输了。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30% 的数据满足：两人都对牌。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另 30% 的数据满足：两人都是散牌。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的数据满足：每人的两张牌的点数之和都小于10。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的数据满足：1 ≤ N ≤ 10^6，牌上的点数为 1 到 13 之间的正整数。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