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2428: 有多少棵树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有 n 个结点，k 条边，这 k 条边将 n 个结点连接为若干棵树。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请编程计算出，k 条边连出了多少棵树？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行读入 2 个整数， n 和 k ，n 表示结点数量， k 表示边的数量。（1 ≤ k &lt; n ≤ 100）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k 行，每行有两个整数 x,y，表示 x 和 y 之间有一条边，且 x 是 y 的父（1 ≤ x,y ≤ n）。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行输出 1 个整数，代表有几棵树。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行按照从小到大的顺序，输出每棵树的根结点的编号，数字之间用空格隔开。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9 1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