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2415: 单词混合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动态规划记忆化搜索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2 个单词 s_1 和 s_2，如果前两个单词可以在自身的前后顺序不变的情况下任意混合，请问：再给第 3 个单词 s_3，s_3是否能由前两个单词混合而成。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输入的第一行为一个正整数 n（ 1 ≤ n ≤ 1000），表示测试样例的个数。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行，每行输入输入 3 个字符串，字符串之间由一个空格分隔，所有的字符串仅由英文大小写字母组成，区分大小写。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输入数据保证第 3 个字符串的长度是前两个字符串长度之和，前两个字符串的长度范围是 [1,200]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对于每个输入样例，首先输出 "Case N: "， N 表示样例序号，从 1 开始。（注意"Case N: "，有一个空格）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如果第 3 个单词能够按照要求由前两个单词中的所有字母混合而成，则紧接着输出"yes"，否则输出"no"。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cat tree tcraete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cat tree catrtee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cat tree cttaree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Case 1: 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Case 2: 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Case 3: 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