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2413: 闯迷宫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2413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广搜双端队列bfs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有一个迷宫，迷宫由 n 行 m 列的字符组成，在迷宫中 . 代表该位置可以通过，* 表示该位置是障碍，不能通过；当然，你只能在迷宫中行走，不能走出迷宫。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初始状态下，你在第 r 行，第 c 列的格子中，你可以沿着上下左右四个方向移动到非障碍格中。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在迷宫中移动，还有一个非常特殊的要求，向左最多只能移动不超过 x 格，向右最多只能移动不超过 y 格；上下两个方向没有任何限制。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请问：从出发点开始，最多可以走过多少个格子？（请注意：本题出发点也算在统计的格子总数中）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 2 个整数，n 和 m ，分别表示迷宫的行和列数；（1≤n,m≤2000）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2 个整数 r 和 c ，表示出发点的位于第 r 行第 c 列；（1≤r≤n,1≤c≤m）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行有 2 个整数 x 和 y ，表示向左和向右最多能够移动的次数；（1≤x,y≤10^9）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接下来有 n 行，每行有 m 个字符，每个字符不是 . 就是 *；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本题确保出发点不是障碍。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输出一个整数，表示从起点出发，最多能够走到的格子数（含起点）。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中能够走到的点，用 + 标记出来的结果如下图所示：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+++..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+***.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+++**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*+++.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2】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2 中能够走到的点，用 + 标记出来的结果如下图所示：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.++.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.+*.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.++.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.++.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