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2412: 和为K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2412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深搜排列组合动态规划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874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给定一个含 N 个不同数的数列，任意从数组中选出若干不同的数（也可以选 1 个），使其和为 K ，请问有多少种不同的方案。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行，输入两个整数 N 和 K。（2≤N≤20,1≤K≤10^9）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行，有 N 个用空格隔开的整数。（整数的值在[1,10^6]之间）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输出一个整数，代表方案数。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2 1 4 5 3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