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2411: 评选班长（vote）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三年二班选班长，有若干位班长候选人，已候选人学号都在1 ∼ 1000之间；有 n 位同学参加投票，每位同学投 1 票给自己中意的候选人，每张投票写了一个参加竞选的同学的学号。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投票结束后，请你写程序统计出，得票最多的同学的学号。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请注意，如果有多位同学得票一样多，请按照从小到大的顺序，输出每位同学的学号。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第1行有一个整数 n 代表参加投票的同学的数量（n ≤ 10000）。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个数字，用空格隔开，代表了 n 张投票的结果，每张投票上写有一个候选人的学号。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按题意输出得票最多的同学的学号。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