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2410: 跑马灯匹配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LED屏经常出现跑马灯的效果，假设一个LED屏要展示字符串"abcde"，且LED屏正好能展示"abcde"这几个字母，也就是屏幕宽度和字母宽度相等，那么它的跑马灯效果类似下面的效果：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bcdea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cdeab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deabc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eabcd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每个字母，都有机会称为字符串的头，每个字母也都有机会成为字符串的尾。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现有2个字符串s1、s2，如果允许s1、s2以跑马灯的形式将开头的字母移动到末尾，请问两个字符串最多有多少位相同位置的字母是一样的？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第一行一个正整数n，表示两个字符串的长度。（n≤1000）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接下来分别是两行字符串。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一个整数n，表示通过变换操作后两字符串最大匹配位数，没有则输出0。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bbaca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第一串可以操作3次得到aabab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第二串可以操作1次得到abbac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其中第1位、第3位、第4位的字母都匹配了，所以输出3。 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