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2409: 素数日期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我们知道一个日期将年、月、日按顺序连接在一起可以组成一个八位数，例如 2011 年 3 月 6 日可以写成 20110306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 8 位的日期是素数，我们称之为素数日期，请编程找出 1988 年与 1989 年这两年里的 8 位素数日期。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1988 年与 1989 年，这两年里的日期所组成的素数。每个素数占一行。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19880101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19880111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19880117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19880129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19880221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……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“……”代表后面还有素数没有输出。你输出时也要将后面的素数输出。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