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2408: 验证定理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数学中，有一个著名的定理：任何一个整数的立方都可以写成一串奇数之和。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为方便表达，我们将a的立方，记作：a(3)。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1~3的立方表达成的奇数和如下：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1(3)＝1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2(3)＝3+5＝8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3(3)=7+9+11=27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编程求出输入的N以内的数对应的连续奇数和的分解方案。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n&lt;=100；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一个整数n（1＜n≤100）。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按题意输出对应的等式。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3(3)=7+9+11=27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