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2405: 分组(2)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A班有的体育课上来了 m 位男同学和 n 位女同学，体育老师安排大家参加一项体育活动。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该活动要求同学们分成若干组，每组一位男同学，一位女同学，分组的要求是，同一组的男同学和女同学的身高差≤T。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请你编程计算出，按上述要求，同学们最多能分成多少组？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第一行三个整数 m、n、T，分别表示男生人数、女生人数和身高最大差值。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 m 个整数，分别表示 m 个男生的身高。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第三行 n 个整数，分别表示 n 个女生的身高。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数据，满足 1 ≤ m,n,T ≤ 1000，同学们的身高为不超过 1000 的正整数。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输出最大分组数。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170 185 175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160 170 180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