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2404: 分组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A班有的体育课上来了 n 位男同学和 n 位女同学，体育老师安排大家参加一项体育活动。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该活动要求同学们分成 n 组，每组一位男同学，一位女同学，分组的要求是，同一组的男同学和女同学的身高差越大越好。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请你编程计算出，同学们分组后，所有小组的同学身高差值的和，最大是多少？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 1 行为 1 个整数 n ，n≤10000；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行包含 n 个整数，表示 n 个男同学的身高；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3 行包含 n 个整数，表示 n 个女同学的身高；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男女同学的身高均是不超过 1000的整数。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按题意输出所有小组的同学身高差值之和的最大值。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1 4 6 7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