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2403: 简单计算器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2403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有一个给定的表达式，表达式中只有不超过 1000 的非负整数，以及+-*三种运算符，表达式中的整数数量不超过 10 个，请读入表达式，计算表达式的运算结果（注意优先级，要先计算乘）。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输入只有1行，包含一个正确的表达式。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输出表达式的计算结果，测试数据确保表达式的计算结果在[-1018,1018]之间。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