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2390: 区间修改与查询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线段树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给定由 N 个整数构成的数列，再给定 M 条指令，每条指令可能是如下两种之一：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l r d，表示将区间 [l,r] 之间的每个数都加上整数 d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l r，表示询问区间 [l,r] 之间所有数的和；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对于每次询问，请输出对应的和。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N个整数，空格隔开。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行，每行读入一条题目描述的指令。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1≤N,M≤10^5，1 ≤ l,r ≤ N，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-10000≤d≤10000，读入的 N 个整数的值在 [-10^9,10^9] 范围。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输出若干行，每行一个整数，代表了对于每次询问输出的结果。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1 2 3 4 5 6 7 8 9 10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1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3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2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