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2388: 数列修改求和2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线段树树状数组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的数列，数列中默认初始值为 0 ，数列支持 2 种操作：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修改：将第 a 个数加上值 b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查询：查询数列中区间为 [a,b] （从第 a 个数开始到第 b 个数结束）的所有数的和。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m 次修改或者查询的指令，针对每次查询，请输出对应的区间和。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输入数据第一行包含两个正整数 n,m (n≤10^5,m≤5 × 10^5)，接下来有 m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每行有三个正整数 k,a,b (k=0 或 1，a,b≤n)，k=0 时表示将 a 处数字加上 b ，k=1 时表示询问区间 [a,b] 内所有数的和。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对于每个询问输出对应的区间和。（本题读入的 n 个数在 [-2^{31},2^{31}-1] 的范围内，求出的区间和在 [-2^{63},2^{63}-1]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0 6 6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0 10 2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