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2384: 星星的等级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树状数组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ural1028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天空中有一些星星，这些星星都在不同的位置，每个星星有个坐标。如果一个星星的左下方（包含正左和正下）有 k 颗星星，就说这颗星星是 k 级的。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例如，上图中星星 5 是 3 级的（1,2,4 在它左下），星星 2,4 是 1 级的。例图中有 1 个 0 级，2 个 1 级，1 个 2 级，1 个 3 级的星星。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给定星星的位置，输出各级星星的数目。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518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u1le1u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518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N，表示星星的数目；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行给出每颗星星的坐标，坐标用两个整数 x,y 表示；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不会有星星重叠。星星按 y 坐标增序给出，y 坐标相同的按 x 坐标增序给出。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对于全部数据，1 ≤ N ≤ 1.5×10^4，0 ≤ x,y ≤ 3.2×10^4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行，每行一个整数，分别是 0 级，1 级，2 级，⋯ ，N−1 级的星星的数目。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