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2383: 数列修改求和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2383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树状数组线段树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1037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/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有一个 n 个数的整数数列。现可以对数列做 2 种不同的操作：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修改：在数组的第 x 个数上增加值 y 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求和：求数组的第 x 到第 y 个数的和，包含 x 和 y 两个位置；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行输入 2 个整数 n、m，分别代表数列中元素个数 以及 操作次数。（n,m ≤ 10^5）。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2 行输入 n 个整数，用空格隔开。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3 个整数 k、x、y，如果 k=0 ，表示求数列中区间 [x,y] 之间所有数的和，k=1 表示在第 x 数上加上值 y 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（测试数据保证 k、x、y 三个整数的合理性(1 ≤ x ≤ n)，也确保所有数据在运算后依然在 int 的范围内）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输出若干行，按照读入的顺序输出 k=0 时求出的区间和。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10 5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1 2 3 4 5 6 7 8 9 10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1 1 5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0 1 3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0 4 8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1 7 5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0 4 8</w:t>
      </w:r>
    </w:p>
    <w:p>
      <w:pPr>
        <w:pStyle w:val="Heading1"/>
      </w:pPr>
      <w:r>
        <w:t>样例输出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30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