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2378: 吃糖果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2378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电子学会等级考试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189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电子学会三级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名名的妈妈从外地出差回来带了一盒好吃又精美的巧克力给名名（盒内关有 N 块巧克力， 20 &gt; N &gt; 0 ）。妈妈告诉名名每天可以吃一块或者两块巧克力。假设名名每天都吃巧克力，问名名共有多少种不同的吃完巧克力的方案。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 N =1 ，则名名第1天就吃掉它共有 1 种方案；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 N = 2 ，则名名可以第 1 天吃 1 块，第 2 天吃 1 块，也可以第 1 天吃 2 块，共有 2 种方案；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 N = 3，则名名第 1 天可以吃 1 块 ，剩 2 块，也可以第 1 天吃 2 块剩 1 块，所以名名共有 2 + 1 = 3 种方案；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 N = 4 ，则名名可以第 1 天吃 1 块，剩 3 块，也可以第 1 天吃 2 块，剩 2 块，共有3 + 2 = 5 种方案。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现在给定 N， 请你写程序求出名名吃巧克力的方案数目。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输入只有 1 行，即整数 N。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输出只有1行，即名名吃巧克力的方案数。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4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