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2377: 子串计算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电子学会等级考试字符串枚举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给出一个只包含 0 和 1 的字阵串 （ 长度在 1 到 100 之间） ，求其每一个子串出现的次数。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一行，一个01字符串。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对所有出现次数在 1 次以上的子串，输出该子串及出现次数，中间用单个空格隔开。按子串的字典序从小到大依次输出，每行一个。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10101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