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2373: 三个火枪手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哈希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三个火枪手阿多斯、波尔多斯、阿拉密斯要给好朋友达达尼昂留下一份加密的信息。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阿多斯写出他们要留下的仅包含大写字母的字符串 A ，波尔多斯将这个字符串复制了一遍，得到字符串 B，阿拉密斯在字符串 B 的任意一个位置（也可以在首尾的位置）插入一个大写字母得到最终的字符串 C。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现给定字符串 C，请编程计算出最初的字符串 A。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N，代表字符串 C 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行读入一个长度为 N 的字符串 C。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输出计算出的字符串 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请注意，可能由于波尔多斯、阿拉密斯的失误，得到最终得到的字符串 C 有误，导致无法还原出字符串 A，这种情况下，请输出NOT POSSIBLE。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也有可能计算发现无法唯一的还原出字符串 A，这种情况下，请输出 NOT UNIQUE。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的数据，2 ≤ N ≤ 2 × 10^6 + 1，且 N 是奇数。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