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2369: 骑士移动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2369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双向宽搜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443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在一个棋盘上有一个骑士，骑士可以按下图所示的 8 方向跳到相邻的格子，请问骑士从给定的起点到终点，至少需要跳多少次？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366778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yx4hwkw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6677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本题包含多组测试数据。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第一行给出骑士的数量 n。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在接下来的 3 × n 行中，每 3 行描述了一个骑士。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每组数据第一行一个整数 L 表示棋盘的大小，整个棋盘大小为 L × L；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第二行和第三行分别包含一对整数 (x,y)，表示骑士的起始点和终点。假设对于每一个骑士，起始点和终点均合理。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对每一个骑士，输出一行一个整数表示需要移动的最小步数。如果起始点和终点相同，则输出 0。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7 0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30 50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的数据，有 4≤L≤300，保证 0≤x,y≤L−1。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