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2366: 小木棍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2366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深搜优化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360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POJ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乔治有一些同样长的小木棍，他把这些木棍随意砍成几段，直到每段的长都不超过 50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现在，他想把小木棍拼接成原来的样子，但是却忘记了自己开始时有多少根木棍和它们的长度。给出每段小木棍的长度，编程帮他找出原始木棍的最小可能长度。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第一行为一个单独的整数 N 表示砍过以后的小木棍的总数，其中 N≤60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第二行为 N 个用空个隔开的正整数，表示 N 根小木棍的长度。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仅一行，表示要求的原始木棍的最小可能长度。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9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5 2 1 5 2 1 5 2 1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