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2362: 前缀和后缀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哈希KMP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POJ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给定若干由小写字母组成的字符串（这些字符串总长  ≤ 4 × 10^5 ），在每个字符串中求出所有既是前缀又是后缀的子串长度。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例如：ababcababababcabab，既是前缀又是后缀的：ab，abab，ababcabab，ababcababababcabab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输入若干行，每行一个字符串。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对于每个字符串，输出一行，包含若干个递增的整数，表示所有既是前缀又是后缀的子串长度。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ababcababababcabab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aaaaa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2 4 9 18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