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2359: 数字串前缀匹配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Trie字典树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POJ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个长度不超过 10 的数字串，问其中是否存在两个数字串 S,T，使得 S 是 T 的前缀。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本题读入多组数据，请对每组数据进行计算并输出结果。（数据组数≤40，n≤104）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T，表示数据组数。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对于每组数据，第一行一个数 n，接下来 n 行输入 n 个数字串。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对于每组数据，若存在两个数字串 S，T，使得 S 是 T 的前缀，则输出 NO ，否则输出 YES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97625999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91125426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98346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